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מספרים לזכר ולנקבה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11-19, מאות ואלפים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מספר סודר, סמיכות, תאריכים ושעות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זכר ונקבה במספרים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מאה נשארת אותו דבר גם לפני מילה בזכר וגם לפני מילה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גם במספרים האלה יש צורת זכר וצורת נקבה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(שלושה ספרים)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(הספר השלישי)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סדר נכון של היום, החודש והשנה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התאמה הפוכה בין המספר למין שם העצם (שלושה בנים, שלוש בנות)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מונה סופר כמות, מספר סודר מראה סדר (ראשון, שני)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על הלוח את ההבדל בין 'שלושה' ל'שלוש' עם ציורים של בנים ובנות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שעות ותאריכים אמיתיים מהיומן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של מספרים גדולים כמו 1,245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מספרים נמצאים בכל מקום - במחירים, בתאריכים, בשעות ובמספרי אוטובוס. בדף הזה נתרגל איך אומרים וכותבים אותם נכון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שלושה  ·  ארבע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זכר ונקבה במספרים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מספר מתאים למילה 'ילדים'?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מספר מתאים למילה 'בנות'?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רביעית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'מאה' משתנה לפי זכר ונקבה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במספרים 11-19 יש הבדל בין זכר לנקבה, בדיוק כמו במספרים 3-10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יש לי __________ אחים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קניתי __________ עגבניות (4)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המונח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מספר 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הספר השלישי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מספר 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שלושה 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שמתאר את התאריך של יום ההולדת שלכם, כולל היום בחודש והשנה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למספר עם מילה בזכר ומספר עם מילה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