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המספר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התאמת מספרים לזכר ולנקבה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מספרים 11-19, מאות ואלפים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מספר סודר, סמיכות, תאריכים ושעות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זכר ונקבה במספרים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כי המילה שעה היא בלשון 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מאתיים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שלוש אלפים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מאה נשארת אותו דבר גם לפני מילה בזכר וגם לפני מילה בנקבה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גם במספרים האלה יש צורת זכר וצורת נקבה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בניגוד למספר מונה, מספר סודר מתאים רגיל לזכר ולנקבה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הצורה הנכונה בסמיכות היא 'שלושת הימים'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המספר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המונח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(שלושה ספרים)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(הספר השלישי)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(עשרת הימים)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(שלוש מאות שקלים)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(השעה שתיים)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חופשית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ציפייה: שימוש נכון בצורות ההפוכות - שבעה/שבע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ציפייה: סדר נכון של היום, החודש והשנה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התאמה הפוכה בין המספר למין שם העצם (שלושה בנים, שלוש בנות)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מספר מונה סופר כמות, מספר סודר מראה סדר (ראשון, שני)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 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על הלוח את ההבדל בין 'שלושה' ל'שלוש' עם ציורים של בנים ובנות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שעות ותאריכים אמיתיים מהיומן של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תרגול של מספרים גדולים כמו 1,245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המספר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מספרים נמצאים בכל מקום - במחירים, בתאריכים, בשעות ובמספרי אוטובוס. בדף הזה נתרגל איך אומרים וכותבים אותם נכון בעברית.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זכר ונקבה במספרים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מספר מתאים למילה 'ילדים'?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מספר מתאים למילה 'בנות'?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רביעית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אומרים 'השעה אחת' ולא 'השעה אחד'?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המילה שעה היא בלשון נקבה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המילה שעה היא בלשון זכר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זה מספר סודר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זה מספר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המספר הסודר של 2?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שתים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כותבים את המספר 200?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 מאות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מאה ועשרים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אלפיים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צורה שגויה?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שלושה אלפים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שלושת אלפים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 אלפים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אלפיים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'מאה' משתנה לפי זכר ונקבה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במספרים 11-19 יש הבדל בין זכר לנקבה, בדיוק כמו במספרים 3-10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סודר כמו ראשון ושני מתאים במין לשם העצם בצורה רגילה ולא הפוכה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בסמיכות אומרים 'שלושה הימים'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המספר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יש לי __________ אחים (3)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קניתי __________ עגבניות (4)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השעה __________ ורבע (5)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בכיתה יש __________ תלמידות (10)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היום __________ בינואר (1)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המונח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מספר מונה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השעה שתיים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מספר סודר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שלושה ספרים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סמיכות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הספר השלישי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עשרת הימים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שלוש מאות שקלים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חופשית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עם המספר 7 ומילה בזכר, ומשפט נוסף עם המספר 7 ומילה בנקבה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שמתאר את התאריך של יום ההולדת שלכם, כולל היום בחודש והשנה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למספר עם מילה בזכר ומספר עם מילה בנקבה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מספר מונה למספר סודר?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אומרים 300 בעברית?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שם המספר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